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 יצירה, טכנולוגיה ודורות</w:t>
      </w:r>
    </w:p>
    <w:p>
      <w:pPr>
        <w:bidi w:val="1"/>
        <w:spacing w:after="40" w:before="0"/>
      </w:pPr>
      <w:r>
        <w:rPr>
          <w:rFonts w:ascii="Arial" w:hAnsi="Arial" w:cs="Arial"/>
          <w:b w:val="0"/>
          <w:color w:val="5D5675"/>
          <w:sz w:val="23"/>
          <w:rtl w:val="1"/>
          <w:szCs w:val="23"/>
        </w:rPr>
        <w:t>מאגר טקסטים לתרגול · כיתה ח׳ · חוברת 6 · 5 טקסטים · גרסה: חנ״מ</w:t>
      </w:r>
    </w:p>
    <w:p>
      <w:pPr>
        <w:bidi w:val="1"/>
        <w:spacing w:after="40" w:before="0"/>
      </w:pPr>
      <w:r>
        <w:rPr>
          <w:rFonts w:ascii="Arial" w:hAnsi="Arial" w:cs="Arial"/>
          <w:b w:val="0"/>
          <w:sz w:val="27"/>
          <w:rtl w:val="1"/>
          <w:szCs w:val="27"/>
        </w:rPr>
        <w:t>כתיבה, שפה, מוזיקה, יישומונים וקשר בין צעירים לוותיקים.</w:t>
      </w:r>
    </w:p>
    <w:p>
      <w:pPr>
        <w:bidi w:val="1"/>
        <w:spacing w:after="60" w:before="0"/>
      </w:pPr>
      <w:r>
        <w:rPr>
          <w:rFonts w:ascii="Arial" w:hAnsi="Arial" w:cs="Arial"/>
          <w:b/>
          <w:color w:val="6B4FC4"/>
          <w:sz w:val="27"/>
          <w:rtl w:val="1"/>
          <w:szCs w:val="27"/>
          <w:bCs/>
        </w:rPr>
        <w:t>בחוברת:</w:t>
      </w:r>
    </w:p>
    <w:p>
      <w:pPr>
        <w:bidi w:val="1"/>
        <w:spacing w:after="40" w:before="0"/>
      </w:pPr>
      <w:r>
        <w:rPr>
          <w:rFonts w:ascii="Arial" w:hAnsi="Arial" w:cs="Arial"/>
          <w:b/>
          <w:color w:val="C2417A"/>
          <w:sz w:val="27"/>
          <w:rtl w:val="1"/>
          <w:szCs w:val="27"/>
          <w:bCs/>
        </w:rPr>
        <w:t xml:space="preserve">טקסט 26  </w:t>
      </w:r>
      <w:r>
        <w:rPr>
          <w:rFonts w:ascii="Arial" w:hAnsi="Arial" w:cs="Arial"/>
          <w:b/>
          <w:sz w:val="27"/>
          <w:rtl w:val="1"/>
          <w:szCs w:val="27"/>
          <w:bCs/>
        </w:rPr>
        <w:t>מורים צעירים, תלמידים ותיקים</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27  </w:t>
      </w:r>
      <w:r>
        <w:rPr>
          <w:rFonts w:ascii="Arial" w:hAnsi="Arial" w:cs="Arial"/>
          <w:b/>
          <w:sz w:val="27"/>
          <w:rtl w:val="1"/>
          <w:szCs w:val="27"/>
          <w:bCs/>
        </w:rPr>
        <w:t>המילים שלי, במסך של כולם</w:t>
      </w:r>
      <w:r>
        <w:rPr>
          <w:rFonts w:ascii="Arial" w:hAnsi="Arial" w:cs="Arial"/>
          <w:b w:val="0"/>
          <w:color w:val="7A7392"/>
          <w:sz w:val="23"/>
          <w:rtl w:val="1"/>
          <w:szCs w:val="23"/>
        </w:rPr>
        <w:t xml:space="preserve">   ראיון</w:t>
      </w:r>
    </w:p>
    <w:p>
      <w:pPr>
        <w:bidi w:val="1"/>
        <w:spacing w:after="40" w:before="0"/>
      </w:pPr>
      <w:r>
        <w:rPr>
          <w:rFonts w:ascii="Arial" w:hAnsi="Arial" w:cs="Arial"/>
          <w:b/>
          <w:color w:val="C2417A"/>
          <w:sz w:val="27"/>
          <w:rtl w:val="1"/>
          <w:szCs w:val="27"/>
          <w:bCs/>
        </w:rPr>
        <w:t xml:space="preserve">טקסט 28  </w:t>
      </w:r>
      <w:r>
        <w:rPr>
          <w:rFonts w:ascii="Arial" w:hAnsi="Arial" w:cs="Arial"/>
          <w:b/>
          <w:sz w:val="27"/>
          <w:rtl w:val="1"/>
          <w:szCs w:val="27"/>
          <w:bCs/>
        </w:rPr>
        <w:t>"סחתיין, זה קורע!" – איך מילים נכנסות לשפה</w:t>
      </w:r>
      <w:r>
        <w:rPr>
          <w:rFonts w:ascii="Arial" w:hAnsi="Arial" w:cs="Arial"/>
          <w:b w:val="0"/>
          <w:color w:val="7A7392"/>
          <w:sz w:val="23"/>
          <w:rtl w:val="1"/>
          <w:szCs w:val="23"/>
        </w:rPr>
        <w:t xml:space="preserve">   טקסט מידעי</w:t>
      </w:r>
    </w:p>
    <w:p>
      <w:pPr>
        <w:bidi w:val="1"/>
        <w:spacing w:after="40" w:before="0"/>
      </w:pPr>
      <w:r>
        <w:rPr>
          <w:rFonts w:ascii="Arial" w:hAnsi="Arial" w:cs="Arial"/>
          <w:b/>
          <w:color w:val="C2417A"/>
          <w:sz w:val="27"/>
          <w:rtl w:val="1"/>
          <w:szCs w:val="27"/>
          <w:bCs/>
        </w:rPr>
        <w:t xml:space="preserve">טקסט 29  </w:t>
      </w:r>
      <w:r>
        <w:rPr>
          <w:rFonts w:ascii="Arial" w:hAnsi="Arial" w:cs="Arial"/>
          <w:b/>
          <w:sz w:val="27"/>
          <w:rtl w:val="1"/>
          <w:szCs w:val="27"/>
          <w:bCs/>
        </w:rPr>
        <w:t>ניגון ישן, קצב חדש</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30  </w:t>
      </w:r>
      <w:r>
        <w:rPr>
          <w:rFonts w:ascii="Arial" w:hAnsi="Arial" w:cs="Arial"/>
          <w:b/>
          <w:sz w:val="27"/>
          <w:rtl w:val="1"/>
          <w:szCs w:val="27"/>
          <w:bCs/>
        </w:rPr>
        <w:t>אפליקציה מהספסל האחורי</w:t>
      </w:r>
      <w:r>
        <w:rPr>
          <w:rFonts w:ascii="Arial" w:hAnsi="Arial" w:cs="Arial"/>
          <w:b w:val="0"/>
          <w:color w:val="7A7392"/>
          <w:sz w:val="23"/>
          <w:rtl w:val="1"/>
          <w:szCs w:val="23"/>
        </w:rPr>
        <w:t xml:space="preserve">   כתבה</w:t>
      </w:r>
    </w:p>
    <w:p>
      <w:pPr>
        <w:bidi w:val="1"/>
        <w:spacing w:after="60" w:before="0"/>
      </w:pPr>
      <w:r>
        <w:rPr>
          <w:rFonts w:ascii="Arial" w:hAnsi="Arial" w:cs="Arial"/>
          <w:b/>
          <w:color w:val="6B4FC4"/>
          <w:sz w:val="27"/>
          <w:rtl w:val="1"/>
          <w:szCs w:val="27"/>
          <w:bCs/>
        </w:rPr>
        <w:t>איך עובדים עם החוברת? – השאלה היא טקסט קצר</w:t>
      </w:r>
    </w:p>
    <w:p>
      <w:pPr>
        <w:bidi w:val="1"/>
        <w:spacing w:after="20" w:before="0"/>
      </w:pPr>
      <w:r>
        <w:rPr>
          <w:rFonts w:ascii="Arial" w:hAnsi="Arial" w:cs="Arial"/>
          <w:b w:val="0"/>
          <w:sz w:val="25"/>
          <w:rtl w:val="1"/>
          <w:szCs w:val="25"/>
        </w:rPr>
        <w:t>☐ 1. קוראים את השאלה עד הסוף, לאט.</w:t>
      </w:r>
    </w:p>
    <w:p>
      <w:pPr>
        <w:bidi w:val="1"/>
        <w:spacing w:after="20" w:before="0"/>
      </w:pPr>
      <w:r>
        <w:rPr>
          <w:rFonts w:ascii="Arial" w:hAnsi="Arial" w:cs="Arial"/>
          <w:b w:val="0"/>
          <w:sz w:val="25"/>
          <w:rtl w:val="1"/>
          <w:szCs w:val="25"/>
        </w:rPr>
        <w:t>☐ 2. מה כבר נתון בשאלה? (נושא, פסקה, מספר)</w:t>
      </w:r>
    </w:p>
    <w:p>
      <w:pPr>
        <w:bidi w:val="1"/>
        <w:spacing w:after="20" w:before="0"/>
      </w:pPr>
      <w:r>
        <w:rPr>
          <w:rFonts w:ascii="Arial" w:hAnsi="Arial" w:cs="Arial"/>
          <w:b w:val="0"/>
          <w:sz w:val="25"/>
          <w:rtl w:val="1"/>
          <w:szCs w:val="25"/>
        </w:rPr>
        <w:t>☐ 3. מסמנים את מילת השאלה ואת המילים שמגדירות את המשימה.</w:t>
      </w:r>
    </w:p>
    <w:p>
      <w:pPr>
        <w:bidi w:val="1"/>
        <w:spacing w:after="20" w:before="0"/>
      </w:pPr>
      <w:r>
        <w:rPr>
          <w:rFonts w:ascii="Arial" w:hAnsi="Arial" w:cs="Arial"/>
          <w:b w:val="0"/>
          <w:sz w:val="25"/>
          <w:rtl w:val="1"/>
          <w:szCs w:val="25"/>
        </w:rPr>
        <w:t>☐ 4. מה עליי לעשות? למצוא / להסביר / להביע עמדה ולנמק.</w:t>
      </w:r>
    </w:p>
    <w:p>
      <w:pPr>
        <w:bidi w:val="1"/>
        <w:spacing w:after="20" w:before="0"/>
      </w:pPr>
      <w:r>
        <w:rPr>
          <w:rFonts w:ascii="Arial" w:hAnsi="Arial" w:cs="Arial"/>
          <w:b w:val="0"/>
          <w:sz w:val="25"/>
          <w:rtl w:val="1"/>
          <w:szCs w:val="25"/>
        </w:rPr>
        <w:t>☐ 5. עונים במשפט מלא ובודקים שעניתי על כל החלקים.</w:t>
      </w:r>
    </w:p>
    <w:p>
      <w:pPr>
        <w:bidi w:val="1"/>
        <w:spacing w:after="40" w:before="0"/>
      </w:pPr>
      <w:r>
        <w:rPr>
          <w:rFonts w:ascii="Arial" w:hAnsi="Arial" w:cs="Arial"/>
          <w:b w:val="0"/>
          <w:color w:val="5D5675"/>
          <w:sz w:val="24"/>
          <w:rtl w:val="1"/>
          <w:szCs w:val="24"/>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4"/>
          <w:rtl w:val="1"/>
          <w:szCs w:val="44"/>
          <w:bCs/>
        </w:rPr>
        <w:t>מהדורה למורה – מפתח תשובות לחוברת</w:t>
      </w:r>
    </w:p>
    <w:p>
      <w:pPr>
        <w:bidi w:val="1"/>
        <w:spacing w:after="40" w:before="0"/>
      </w:pPr>
      <w:r>
        <w:rPr>
          <w:rFonts w:ascii="Arial" w:hAnsi="Arial" w:cs="Arial"/>
          <w:b w:val="0"/>
          <w:color w:val="5D5675"/>
          <w:sz w:val="24"/>
          <w:rtl w:val="1"/>
          <w:szCs w:val="24"/>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7"/>
          <w:rtl w:val="1"/>
          <w:szCs w:val="27"/>
          <w:bCs/>
        </w:rPr>
        <w:t>🔑 26. מורים צעירים, תלמידים ותיקים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הרגישה זהבה כששלחה תמונה לנכדה? ✔ ב. התרגשות עד דמעות</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התחיל הפרויקט? ✔ ב. כי קשישים הרגישו מנותקים מהשירותים ברשת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שהוראה צריכה להיות איטית וברורה: לא להגיד "פשוט תלחץ פה", אלא לכתוב את השלבים אחד אחרי השני ולתת למבוגר לעשות לבד, גם אם זה לוקח זמן.</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שהמכתב מסמל את הקשר האנושי שנוצר בזכות הטכנולוגיה; הפרויקט לימד שהטכנולוגיה היא רק אמצעי, והחשוב הוא האנשים.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המחקרים על בדידות ואמפתיה; נוי שעצבנה בהתחלה ולמדה סבלנות).</w:t>
      </w:r>
    </w:p>
    <w:p>
      <w:pPr>
        <w:bidi w:val="1"/>
        <w:spacing w:after="40" w:before="0"/>
      </w:pPr>
      <w:r>
        <w:rPr>
          <w:rFonts w:ascii="Arial" w:hAnsi="Arial" w:cs="Arial"/>
          <w:b/>
          <w:color w:val="6B4FC4"/>
          <w:sz w:val="27"/>
          <w:rtl w:val="1"/>
          <w:szCs w:val="27"/>
          <w:bCs/>
        </w:rPr>
        <w:t>🔑 27. המילים שלי, במסך של כולם – ראיון</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למה התחילה גלי לכתוב? ✔ ב. כי רצתה לדבר עם מישהו על ספר שהיה לה חשוב</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הוא אחד מכללי הפרטיות של גלי? ✔ א. היא לא מעלה תמונות של הפנים שלה</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בהתחלה בכתה, אחר כך קראה שוב והבינה שחלק מהביקורת נכון (ההתחלה ארוכה מדי). היא למדה להבחין בין ביקורת מועילה, שעליה היא חושבת, לבין סתם רוע, שאותו היא מוחקת.</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שלא כל כתיבה צריכה קהל: יש כתיבה אישית ופרטית שחשובה בזכות עצמה, ולפעמים עדיף לשמור דברים לעצמנו.</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כללי הפרטיות של גלי; התגובה הפוגעת; החברה שמצאה בזכות היומן; דברי המורה על קהל אמיתי).</w:t>
      </w:r>
    </w:p>
    <w:p>
      <w:pPr>
        <w:bidi w:val="1"/>
        <w:spacing w:after="40" w:before="0"/>
      </w:pPr>
      <w:r>
        <w:rPr>
          <w:rFonts w:ascii="Arial" w:hAnsi="Arial" w:cs="Arial"/>
          <w:b/>
          <w:color w:val="6B4FC4"/>
          <w:sz w:val="27"/>
          <w:rtl w:val="1"/>
          <w:szCs w:val="27"/>
          <w:bCs/>
        </w:rPr>
        <w:t>🔑 28. "סחתיין, זה קורע!" – איך מילים נכנסות לשפה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נכון לגבי סלנג, לפי הטקסט? ✔ ב. הוא משתנה מהר ויוצר תחושת שייכות</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מאיזו שפה הגיעה המילה "יאללה"? ✔ ב. ערבית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כי הסלנג יוצר תחושת שייכות לקבוצת הצעירים; כשגם ההורים משתמשים במילה, היא מאבדת את הייחוד שלה ונשמעת "מביכה".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כמו פרחים עונתיים, רוב מילות הסלנג פורחות לזמן קצר ונעלמות ("נובלות"), אבל חלקן "מכות שורש" ונשארות בשפה שנים רבות.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מעבר בין משלבים; "שפה שאין בה סלנג היא שפה שאיש אינו מדבר בה"; דאגת המבוגרים).</w:t>
      </w:r>
    </w:p>
    <w:p>
      <w:pPr>
        <w:bidi w:val="1"/>
        <w:spacing w:after="40" w:before="0"/>
      </w:pPr>
      <w:r>
        <w:rPr>
          <w:rFonts w:ascii="Arial" w:hAnsi="Arial" w:cs="Arial"/>
          <w:b/>
          <w:color w:val="6B4FC4"/>
          <w:sz w:val="27"/>
          <w:rtl w:val="1"/>
          <w:szCs w:val="27"/>
          <w:bCs/>
        </w:rPr>
        <w:t>🔑 29. ניגון ישן, קצב חדש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נתן לאביה את הרעיון להקים להקה? ✔ ב. הקלטה של סבתא שלה שרה ניגון</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אמרה הסבתא בסוף ההופעה? ✔ ב. "זה לא בדיוק כמו שאני שרתי. וזה בדיוק מה שרציתי."</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האחד חושב שהניגון נועד לשירה שקטה ומשותפת, והתופים הופכים אותו להופעה ו"מוציאים את הנשמה"; השני שמח כי העיבוד גרם לנכד שלו, שלא התעניין, לשיר את המנגינה. הראשון מדגיש שמירה על האופי המקורי, השני – העברה לדור הבא.</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מסורת שנשארת קפואה ולא מתאימה את עצמה לדורות החדשים מפסיקה להיות חלק מהחיים; מסתכלים עליה מבחוץ כעל דבר ישן, במקום לחיות אותה.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תגובות הקהל; ההקלטה שמושמעת לפני כל הופעה; דברי המוזיקאית; משפט הסבתא).</w:t>
      </w:r>
    </w:p>
    <w:p>
      <w:pPr>
        <w:bidi w:val="1"/>
        <w:spacing w:after="40" w:before="0"/>
      </w:pPr>
      <w:r>
        <w:rPr>
          <w:rFonts w:ascii="Arial" w:hAnsi="Arial" w:cs="Arial"/>
          <w:b/>
          <w:color w:val="6B4FC4"/>
          <w:sz w:val="27"/>
          <w:rtl w:val="1"/>
          <w:szCs w:val="27"/>
          <w:bCs/>
        </w:rPr>
        <w:t>🔑 30. אפליקציה מהספסל האחורי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הייתה הבעיה בכיתה ח׳3? ✔ ב. הודעות על שינויים הלכו לאיבוד בין כמה קבוצות</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עשו התלמידים בשלב הראשון? ✔ א. ראיינו תלמידים, מורים והורים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שהיישומון יכיל רק את המידע החשוב, בלי צ'אט, תמונות ובדיחות שמסיחים את הדעת ו"קוברים" את ההודעות – כלומר "משעמם" כאן זה ברור ופשוט.</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יישומון מצליח רק אם הוא עונה על צורך אמיתי. הצוות התחיל מבעיה שחוו בעצמם, ראיין אנשים לפני שכתב קוד, ותיקן לפי ההערות של המשתמשים.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"הקוד הוא החלק הקל"; הראיונות לפני הקוד; התלמידים למדו תכנות בחוג).</w:t>
      </w:r>
    </w:p>
    <w:p>
      <w:r>
        <w:br w:type="page"/>
      </w:r>
    </w:p>
    <w:p>
      <w:pPr>
        <w:pStyle w:val="Heading1"/>
        <w:bidi w:val="1"/>
      </w:pPr>
      <w:r>
        <w:rPr>
          <w:rFonts w:ascii="Arial" w:hAnsi="Arial" w:cs="Arial"/>
          <w:b/>
          <w:color w:val="C2417A"/>
          <w:sz w:val="44"/>
          <w:rtl w:val="1"/>
          <w:szCs w:val="44"/>
          <w:bCs/>
        </w:rPr>
        <w:t>טקסט 26: מורים צעירים, תלמידים ותיקים</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מבוגרים רבים מתקשים בטכנולוגיה שלכם נראית פשוטה: לשלוח תמונה, לקבוע תור, לעשות שיחת וידאו. בכתבה שלפניכם בני נוער מלמדים קשישים, ומגלים שהם עצמם לומדים לא מעט. קראו, ושימו לב מה כל צד מרוויח.</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מורים צעירים, תלמידים ותיקים</w:t>
            </w:r>
          </w:p>
          <w:p>
            <w:pPr>
              <w:bidi w:val="1"/>
            </w:pPr>
            <w:r>
              <w:rPr>
                <w:rFonts w:ascii="Arial" w:hAnsi="Arial" w:cs="Arial"/>
                <w:b/>
                <w:color w:val="5D5675"/>
                <w:sz w:val="26"/>
                <w:rtl w:val="1"/>
                <w:szCs w:val="26"/>
                <w:bCs/>
              </w:rPr>
              <w:t>פעמיים בשבוע מגיעים תלמידי ח׳ למועדון הוותיקים בשכונה – כדי ללמד את המבוגרים להשתמש בטלפון החכם. מי מלמד את מי?</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בשעה ארבע אחר הצהריים מועדון הוותיקים כבר מלא. ליד כל שולחן יושבים נער או נערה מכיתה ח׳, ולצידם אישה או גבר בני שבעים ושמונים, עם טלפון ביד ומחברת קטנה. "בפעם הראשונה ששלחתי תמונה לנכדה שלי בחוץ לארץ," מספרת זהבה, בת 81, "בכיתי. היא ענתה תוך דקה עם לב אדום. כאילו היא ישבה לידי."</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הפרויקט התחיל לפני שנתיים, ביוזמה של רכזת המעורבות החברתית בבית הספר. היא שמה לב שקשישים רבים בשכונה מרגישים מנותקים: הבנק, הקופה הרפואית ואפילו המשפחה עברו לשירותים ברשת, והם נשארו מאחור. "הבנתי שיש לנו בבית הספר מאות מומחים קטנים," היא אומרת, "שעושים את כל זה בלי לחשוב פעמיים."</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אבל ללמד זה לא פשוט כמו שזה נראה. "בפעם הראשונה דיברתי מהר מדי," מודה איתי, בן 13. "אמרתי 'פשוט תלחץ פה' – והוא לא ידע מה זה 'פה'. הבנתי שאני צריך לכתוב לו את השלבים במחברת, אחד אחרי השני, ולתת לו לעשות לבד, גם אם זה לוקח הרבה זמן." היום איתי גאה במשפט שאמר לו התלמיד שלו, משה בן ה־79: "אתה מורה סבלני יותר מכל המורים שהיו לי."</w:t>
            </w:r>
          </w:p>
          <w:p>
            <w:pPr>
              <w:bidi w:val="1"/>
            </w:pPr>
            <w:r>
              <w:rPr>
                <w:rFonts w:ascii="Arial" w:hAnsi="Arial" w:cs="Arial"/>
                <w:b/>
                <w:color w:val="7A5BD6"/>
                <w:sz w:val="26"/>
                <w:rtl w:val="1"/>
                <w:szCs w:val="26"/>
                <w:bCs/>
              </w:rPr>
              <w:t xml:space="preserve">ז.  </w:t>
            </w:r>
            <w:r>
              <w:rPr>
                <w:rFonts w:ascii="Arial" w:hAnsi="Arial" w:cs="Arial"/>
                <w:b w:val="0"/>
                <w:sz w:val="26"/>
                <w:rtl w:val="1"/>
                <w:szCs w:val="26"/>
              </w:rPr>
              <w:t>בסוף השנה ערכו המשתתפים טקס קטן. הקשישים קיבלו "תעודת גלישה בטוחה", והתלמידים קיבלו מכתבים בכתב יד מהתלמידים שלהם. איתי שמר את המכתב של משה בתוך הכיסוי של הטלפון. "זה המקום הכי מתאים," הוא אומר בחיוך. "בין הטכנולוגיה לבין האנשים."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מועדון הוותיקים     מנותקים     יוזמה     סבלני     בין־דורי     אמפתיה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הרגישה זהבה כששלחה תמונה לנכדה?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כעס</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התרגשות עד דמעות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שעמום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התחיל הפרויקט?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התלמידים רצו ציון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קשישים הרגישו מנותקים מהשירותים ברשת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המועדון נסגר</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למד איתי מהטעות שלו בפעם הראשונה?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איתי הבין שכדי ללמד צריך… 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רוצה איתי לומר במשפט "בין הטכנולוגיה לבין האנשים"?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איתי מתכוון ש… 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שכל תלמיד ותלמידה בחטיבת הביניים צריכים להשתתף בפרויקט בין־דורי במשך שנה, כחלק מתוכנית הלימודים. אחרים טוענים שזו צריכה להיות בחירה חופשית בלבד, כי רק מי שבאמת רוצה ייתן מעצמו.</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27: המילים שלי, במסך של כולם</w:t>
      </w:r>
    </w:p>
    <w:p>
      <w:pPr>
        <w:bidi w:val="1"/>
        <w:spacing w:after="40" w:before="0"/>
      </w:pPr>
      <w:r>
        <w:rPr>
          <w:rFonts w:ascii="Arial" w:hAnsi="Arial" w:cs="Arial"/>
          <w:b w:val="0"/>
          <w:color w:val="5D5675"/>
          <w:sz w:val="23"/>
          <w:rtl w:val="1"/>
          <w:szCs w:val="23"/>
        </w:rPr>
        <w:t>כיתה ח׳ · ראיון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האם כתבתם פעם משהו רק בשביל עצמכם – שיר, סיפור, מחשבה? ומה הייתם מרגישים אם אנשים זרים היו קוראים אותו? לפניכם ראיון עם נערה שכותבת יומן רשת. קראו, ושימו לב מה היא מספרת על היתרונות ועל הקשיים.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ראיון</w:t>
            </w:r>
          </w:p>
          <w:p>
            <w:pPr>
              <w:bidi w:val="1"/>
            </w:pPr>
            <w:r>
              <w:rPr>
                <w:rFonts w:ascii="Arial" w:hAnsi="Arial" w:cs="Arial"/>
                <w:b/>
                <w:color w:val="C2417A"/>
                <w:sz w:val="26"/>
                <w:rtl w:val="1"/>
                <w:szCs w:val="26"/>
                <w:bCs/>
              </w:rPr>
              <w:t>המילים שלי, במסך של כולם</w:t>
            </w:r>
          </w:p>
          <w:p>
            <w:pPr>
              <w:bidi w:val="1"/>
            </w:pPr>
            <w:r>
              <w:rPr>
                <w:rFonts w:ascii="Arial" w:hAnsi="Arial" w:cs="Arial"/>
                <w:b/>
                <w:color w:val="5D5675"/>
                <w:sz w:val="26"/>
                <w:rtl w:val="1"/>
                <w:szCs w:val="26"/>
                <w:bCs/>
              </w:rPr>
              <w:t>גלי, תלמידת כיתה ח׳, כותבת כבר שנתיים יומן רשת על ספרים, על חלומות ועל החיים בגיל 14. שוחחנו איתה על כתיבה, על ביקורת ועל האומץ לפרסם.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גלי פותחת את המחשב הנייד, ומראה לנו את דף הבית של יומן הרשת שלה: רקע תכלת, כותרת בכתב יד, ולמטה עשרות רשומות. "התחלתי בכיתה ו׳, אחרי שקראתי ספר שהיה לי חשוב, ולא היה לי עם מי לדבר עליו," היא מספרת. "חשבתי שאולי יש מישהו בעולם שגם הוא קרא את הספר הזה ומרגיש כמוני."</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מה את כותבת? – "בהתחלה רק ביקורות על ספרים. היום גם סיפורים קצרים, מחשבות על החיים, ולפעמים שירים. יש רשומה שנקראת 'עשרה דברים שלמדתי מהאחות הקטנה שלי', והיא הכי נקראת אצלי." גלי מקפידה לכתוב פעם בשבוע, בכל יום שלישי. "קביעות היא החבר הכי טוב של מי שכותב," היא אומרת. "אם מחכים להשראה, היא אף פעם לא מגיעה בזמן."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מה קשה בכתיבה ברשת? – "התגובות. רוב התגובות נחמדות, אבל פעם מישהו כתב שהסיפור שלי 'ילדותי ומשעמם'. בכיתי חצי ערב. אחר כך קראתי את הסיפור שוב, והבנתי שבחלק מהדברים הוא צדק – ההתחלה באמת הייתה ארוכה מדי. למדתי להפריד בין ביקורת שמלמדת אותי משהו לבין סתם רוע. על הראשונה אני חושבת. את השנייה אני מוחקת."</w:t>
            </w:r>
          </w:p>
          <w:p>
            <w:pPr>
              <w:bidi w:val="1"/>
            </w:pPr>
            <w:r>
              <w:rPr>
                <w:rFonts w:ascii="Arial" w:hAnsi="Arial" w:cs="Arial"/>
                <w:b/>
                <w:color w:val="7A5BD6"/>
                <w:sz w:val="26"/>
                <w:rtl w:val="1"/>
                <w:szCs w:val="26"/>
                <w:bCs/>
              </w:rPr>
              <w:t xml:space="preserve">ד.  </w:t>
            </w:r>
            <w:r>
              <w:rPr>
                <w:rFonts w:ascii="Arial" w:hAnsi="Arial" w:cs="Arial"/>
                <w:b w:val="0"/>
                <w:sz w:val="26"/>
                <w:rtl w:val="1"/>
                <w:szCs w:val="26"/>
              </w:rPr>
              <w:t>ומה עם פרטיות? – כאן גלי רצינית. "יש לי כללים: אני לא כותבת את השם המלא שלי, לא את בית הספר, ולא מעלה תמונות של הפנים שלי. כשאני כותבת על חברים או על המשפחה, אני משנה שמות ושואלת אותם לפני. ההורים שלי קוראים כל רשומה לפני הפרסום – לא כדי לשפוט, אלא כדי שיהיה עוד זוג עיניים."</w:t>
            </w:r>
          </w:p>
          <w:p>
            <w:pPr>
              <w:bidi w:val="1"/>
            </w:pPr>
            <w:r>
              <w:rPr>
                <w:rFonts w:ascii="Arial" w:hAnsi="Arial" w:cs="Arial"/>
                <w:b/>
                <w:color w:val="7A5BD6"/>
                <w:sz w:val="26"/>
                <w:rtl w:val="1"/>
                <w:szCs w:val="26"/>
                <w:bCs/>
              </w:rPr>
              <w:t xml:space="preserve">ו.  </w:t>
            </w:r>
            <w:r>
              <w:rPr>
                <w:rFonts w:ascii="Arial" w:hAnsi="Arial" w:cs="Arial"/>
                <w:b w:val="0"/>
                <w:sz w:val="26"/>
                <w:rtl w:val="1"/>
                <w:szCs w:val="26"/>
              </w:rPr>
              <w:t>המורה לספרות של גלי, שמכירה את היומן, אומרת שכתיבה קבועה משפרת את הכתיבה גם בבית הספר. "תלמידים שכותבים בשביל קהל אמיתי מקפידים יותר על ניסוח, על מבנה ועל סימני פיסוק. הם מבינים שמישהו באמת קורא." עם זאת, היא מזכירה שלא כל מה שכותבים חייב להתפרסם: "יש מקום גם למחברת סגורה, שאף אחד לא יקרא."</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יומן רשת     רשומה     קביעות     השראה     ביקורת     ניסוח</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למה התחילה גלי לכתוב?</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המורה ביקשה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רצתה לדבר עם מישהו על ספר שהיה לה חשוב</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רצתה להרוויח כסף</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הוא אחד מכללי הפרטיות של גלי?</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היא לא מעלה תמונות של הפנים שלה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היא כותבת את שם בית הספר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היא מפרסמת את הכתובת שלה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איך הגיבה גלי לתגובה שהסיפור שלה "ילדותי ומשעמם", ומה היא למדה מכך?</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בהתחלה גלי… ואחר כך היא הבינה ש… 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רוצה לומר המורה לספרות במשפט "יש מקום גם למחברת סגורה, שאף אחד לא יקרא"?</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המורה מתכוונת ש… 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מתחת לגיל 16 לא צריכים לפרסם כתיבה אישית ברשת, כי הם חשופים לתגובות פוגעות ולסיכוני פרטיות. אחרים טוענים שפרסום הכתיבה מלמד אחריות, משפר את הכתיבה ומחבר בין אנשים, ושבעזרת כללים נכונים זה בטוח.</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28: "סחתיין, זה קורע!" – איך מילים נכנסות לשפה</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בטח יש מילים שאתם אומרים כל יום, וההורים שלכם לא מבינים. מאיפה הן הגיעו? הטקסט שלפניכם מסביר מהו סלנג, איך הוא נוצר ואיך סדרות ורשתות משפיעות עליו. קראו, ושימו לב לדוגמאות.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"סחתיין, זה קורע!" – איך מילים נכנסות לשפה</w:t>
            </w:r>
          </w:p>
          <w:p>
            <w:pPr>
              <w:bidi w:val="1"/>
            </w:pPr>
            <w:r>
              <w:rPr>
                <w:rFonts w:ascii="Arial" w:hAnsi="Arial" w:cs="Arial"/>
                <w:b/>
                <w:color w:val="5D5675"/>
                <w:sz w:val="26"/>
                <w:rtl w:val="1"/>
                <w:szCs w:val="26"/>
                <w:bCs/>
              </w:rPr>
              <w:t>סדרות, סרטונים קצרים ומשחקי רשת מכניסים לשפה של בני הנוער מילים חדשות כמעט כל שבוע. האם הסלנג מקלקל את העברית, או מחייה אותה?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סלנג הוא שפה לא רשמית, שמשתמשים בה בעיקר בדיבור ובין חברים. יש לו כמה תכונות קבועות: הוא משתנה מהר, הוא שייך לקבוצה מסוימת – לרוב לבני נוער – והוא יוצר תחושת שייכות. מי שמבין את המילים "בפנים", ומי שלא מבין – בחוץ. לכן, כשמילה של צעירים מתחילה להיות בשימוש אצל ההורים, היא כבר נשמעת "מביכה", והצעירים מחפשים מילה חדשה.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מאיפה מגיעות המילים? מקור אחד הוא שפות אחרות. בעברית יש מילים רבות שהגיעו מערבית, כמו "סבבה" ו"יאללה", ומאנגלית, כמו "קול" או "פאן". מקור אחר הוא שינוי משמעות של מילים קיימות: "קורע" כבר אינו רק דבר שנקרע, אלא משהו מצחיק מאוד, ו"פצצה" יכולה לתאר דבר מצוין.</w:t>
            </w:r>
          </w:p>
          <w:p>
            <w:pPr>
              <w:bidi w:val="1"/>
            </w:pPr>
            <w:r>
              <w:rPr>
                <w:rFonts w:ascii="Arial" w:hAnsi="Arial" w:cs="Arial"/>
                <w:b/>
                <w:color w:val="7A5BD6"/>
                <w:sz w:val="26"/>
                <w:rtl w:val="1"/>
                <w:szCs w:val="26"/>
                <w:bCs/>
              </w:rPr>
              <w:t xml:space="preserve">ד.  </w:t>
            </w:r>
            <w:r>
              <w:rPr>
                <w:rFonts w:ascii="Arial" w:hAnsi="Arial" w:cs="Arial"/>
                <w:b w:val="0"/>
                <w:sz w:val="26"/>
                <w:rtl w:val="1"/>
                <w:szCs w:val="26"/>
              </w:rPr>
              <w:t>חוקרת לשון שבדקה שיחות של בני נוער מצאה שבתוך חודש אחד הופיעו במדגם שלה יותר מעשרים מילים וביטויים חדשים. רובם נעלמו אחרי זמן קצר. "סלנג הוא כמו פרחים בעונה," היא אומרת. "רובם נובלים מהר, אבל חלקם מכים שורש, ונשארים בשפה שנים רבות."</w:t>
            </w:r>
          </w:p>
          <w:p>
            <w:pPr>
              <w:bidi w:val="1"/>
            </w:pPr>
            <w:r>
              <w:rPr>
                <w:rFonts w:ascii="Arial" w:hAnsi="Arial" w:cs="Arial"/>
                <w:b/>
                <w:color w:val="7A5BD6"/>
                <w:sz w:val="26"/>
                <w:rtl w:val="1"/>
                <w:szCs w:val="26"/>
                <w:bCs/>
              </w:rPr>
              <w:t xml:space="preserve">ה.  </w:t>
            </w:r>
            <w:r>
              <w:rPr>
                <w:rFonts w:ascii="Arial" w:hAnsi="Arial" w:cs="Arial"/>
                <w:b w:val="0"/>
                <w:sz w:val="26"/>
                <w:rtl w:val="1"/>
                <w:szCs w:val="26"/>
              </w:rPr>
              <w:t>יש מבוגרים שדואגים: הם חוששים שהסלנג "מקלקל" את העברית, ושבני הנוער לא יידעו לכתוב בשפה תקנית. חוקרי השפה מרגיעים. לדבריהם, רוב הצעירים יודעים לעבור בין "משלבים" – לדבר בסלנג עם חברים, ולכתוב בשפה גבוהה במבחן או במכתב. הבעיה מתחילה רק כשלא יודעים להבחין מתי מתאים מה.</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סלנג     שייכות     תקנית     משלב     מדגם     להכות שורש</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נכון לגבי סלנג, לפי הטקסט?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הוא אף פעם לא משתנה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הוא משתנה מהר ויוצר תחושת שייכות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משתמשים בו רק במבחנים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מאיזו שפה הגיעה המילה "יאללה"?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אנגלית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ערבית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רוסית</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מדוע, לפי פסקה א, צעירים מחפשים מילה חדשה כשההורים מתחילים להשתמש במילה שלהם?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הצעירים מחפשים מילה חדשה כי… 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הדימוי "סלנג הוא כמו פרחים בעונה". מה הוא מלמד על גורל המילים החדשות?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כמו שפרחים… כך גם מילים… 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שבית הספר צריך להילחם בסלנג ולתקן כל תלמיד שמשתמש בו בכיתה, כדי לשמור על עברית נכונה. אחרים טוענים שסלנג הוא חלק טבעי מהשפה, ושבית הספר צריך ללמד מתי מתאים להשתמש בו, ולא לאסור אותו.</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29: ניגון ישן, קצב חדש</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לכל משפחה יש מנגינות: שיר ערש, ניגון משולחן החג, שיר שהיו שרים בטיולים. מה קורה כשבני נוער לוקחים מנגינה כזאת ומלבישים אותה בסגנון של היום? קראו את הכתבה,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ניגון ישן, קצב חדש</w:t>
            </w:r>
          </w:p>
          <w:p>
            <w:pPr>
              <w:bidi w:val="1"/>
            </w:pPr>
            <w:r>
              <w:rPr>
                <w:rFonts w:ascii="Arial" w:hAnsi="Arial" w:cs="Arial"/>
                <w:b/>
                <w:color w:val="5D5675"/>
                <w:sz w:val="26"/>
                <w:rtl w:val="1"/>
                <w:szCs w:val="26"/>
                <w:bCs/>
              </w:rPr>
              <w:t>להקת נוער לוקחת מנגינות שסבא וסבתא שרו בילדותם, ומעבדת אותן מחדש עם תופים, גיטרה חשמלית ומקצבים עכשוויים. האם זו שמירה על מסורת או שינוי שלה?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בחדר החזרות הקטן של המתנ"ס, מתחת לתמונה ישנה של מקהלה, מנגנים חמישה בני נוער. הבסיסט מתחיל בקצב איטי, המתופפת מצטרפת, ואז נכנסת מנגינה שמבוגרים רבים יזהו מיד – ניגון ששרו במשפחות רבות סביב שולחן השבת והחג. אבל הפעם, הניגון נשמע אחרת לגמרי: מהיר יותר, עם גיטרה חשמלית וקולות רקע.</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הלהקה הוקמה לפני שנה, כשהסולנית, אביה בת 14, הקליטה את סבתא שלה שרה ניגון מילדותה. "היא שרה בעיניים עצומות," מספרת אביה, "וכל המשפחה השתתקה. הבנתי שאם לא נשיר את זה, זה ייעלם." היא הביאה את ההקלטה לחברים מהחוג, והם החליטו לנסות לעבד אותה.</w:t>
            </w:r>
          </w:p>
          <w:p>
            <w:pPr>
              <w:bidi w:val="1"/>
            </w:pPr>
            <w:r>
              <w:rPr>
                <w:rFonts w:ascii="Arial" w:hAnsi="Arial" w:cs="Arial"/>
                <w:b/>
                <w:color w:val="7A5BD6"/>
                <w:sz w:val="26"/>
                <w:rtl w:val="1"/>
                <w:szCs w:val="26"/>
                <w:bCs/>
              </w:rPr>
              <w:t xml:space="preserve">ד.  </w:t>
            </w:r>
            <w:r>
              <w:rPr>
                <w:rFonts w:ascii="Arial" w:hAnsi="Arial" w:cs="Arial"/>
                <w:b w:val="0"/>
                <w:sz w:val="26"/>
                <w:rtl w:val="1"/>
                <w:szCs w:val="26"/>
              </w:rPr>
              <w:t>לא כולם אוהבים את התוצאה. "ניגון כזה נועד לשיר יחד, בשקט, מסביב לשולחן," אומר אחד המבוגרים שהאזינו להופעה. "כשמוסיפים לו תופים חזקים, הוא הופך להופעה, ומאבד את הנשמה." חבר אחר בקהל דווקא התרגש: "הנכד שלי, שמעולם לא התעניין בשירים האלה, שר את המנגינה כל הדרך הביתה."</w:t>
            </w:r>
          </w:p>
          <w:p>
            <w:pPr>
              <w:bidi w:val="1"/>
            </w:pPr>
            <w:r>
              <w:rPr>
                <w:rFonts w:ascii="Arial" w:hAnsi="Arial" w:cs="Arial"/>
                <w:b/>
                <w:color w:val="7A5BD6"/>
                <w:sz w:val="26"/>
                <w:rtl w:val="1"/>
                <w:szCs w:val="26"/>
                <w:bCs/>
              </w:rPr>
              <w:t xml:space="preserve">ו.  </w:t>
            </w:r>
            <w:r>
              <w:rPr>
                <w:rFonts w:ascii="Arial" w:hAnsi="Arial" w:cs="Arial"/>
                <w:b w:val="0"/>
                <w:sz w:val="26"/>
                <w:rtl w:val="1"/>
                <w:szCs w:val="26"/>
              </w:rPr>
              <w:t>מוזיקאית ותיקה שמלווה את הלהקה מזכירה שגם המנגינות "המקוריות" היו פעם חדשות. "כל ניגון שאנחנו קוראים לו ישן היה פעם השיר החדש של מישהו. מסורת חיה היא מסורת שמשתנה. מסורת שלא משתנה – הופכת למוצג במוזיאון." עם זאת, היא מוסיפה, עיבוד טוב מתחיל בהקשבה עמוקה למקור, ולא בניסיון "לשפר" אותו.</w:t>
            </w:r>
          </w:p>
          <w:p>
            <w:pPr>
              <w:bidi w:val="1"/>
            </w:pPr>
            <w:r>
              <w:rPr>
                <w:rFonts w:ascii="Arial" w:hAnsi="Arial" w:cs="Arial"/>
                <w:b/>
                <w:color w:val="7A5BD6"/>
                <w:sz w:val="26"/>
                <w:rtl w:val="1"/>
                <w:szCs w:val="26"/>
                <w:bCs/>
              </w:rPr>
              <w:t xml:space="preserve">ז.  </w:t>
            </w:r>
            <w:r>
              <w:rPr>
                <w:rFonts w:ascii="Arial" w:hAnsi="Arial" w:cs="Arial"/>
                <w:b w:val="0"/>
                <w:sz w:val="26"/>
                <w:rtl w:val="1"/>
                <w:szCs w:val="26"/>
              </w:rPr>
              <w:t>בסוף ההופעה, סבתא של אביה עלתה לבמה. היא לא שרה, רק עמדה ליד המיקרופון והקשיבה. כשהשיר נגמר, היא אמרה משפט אחד: "זה לא בדיוק כמו שאני שרתי. וזה בדיוק מה שרציתי."</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ניגון     לעבד     סולנית     הקליטה     עממיות     מסורת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נתן לאביה את הרעיון להקים להקה?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תחרות בטלוויזיה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הקלטה של סבתא שלה שרה ניגון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שיעור במוזיקה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אמרה הסבתא בסוף ההופעה?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שהיא כועסת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"זה לא בדיוק כמו שאני שרתי. וזה בדיוק מה שרציתי."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שהיא רוצה לשיר לבד</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השוו בין שתי התגובות של המבוגרים בקהל, בפסקה ד. מה עומד מאחורי כל אחת מהן?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המבוגר הראשון חושב ש… ואילו השני… 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המשפט "מסורת שלא משתנה – הופכת למוצג במוזיאון".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הכוונה היא שמסורת ש… 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שאסור לשנות שירים ומנגינות מסורתיים, כי כך פוגעים במשמעות שלהם ובזיכרון של מי שיצרו אותם. אחרים טוענים שעיבודים חדשים הם הדרך היחידה לשמור על מסורת חיה ולקרב אליה צעירים.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30: אפליקציה מהספסל האחורי</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אנחנו משתמשים כל יום ביישומונים, אבל מעטים חושבים איך הם נוצרים ומי בונה אותם. בכתבה שלפניכם בני נוער מספרים איך בנו יישומון משלהם. קראו, ושימו לב לשלבים בדרך ולקשיים שהיו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אפליקציה מהספסל האחורי</w:t>
            </w:r>
          </w:p>
          <w:p>
            <w:pPr>
              <w:bidi w:val="1"/>
            </w:pPr>
            <w:r>
              <w:rPr>
                <w:rFonts w:ascii="Arial" w:hAnsi="Arial" w:cs="Arial"/>
                <w:b/>
                <w:color w:val="5D5675"/>
                <w:sz w:val="26"/>
                <w:rtl w:val="1"/>
                <w:szCs w:val="26"/>
                <w:bCs/>
              </w:rPr>
              <w:t>שלושה תלמידי ח׳ זיהו בעיה בבית הספר שלהם, ובנו יישומון קטן כדי לפתור אותה. בדרך הם למדו שהקוד הוא החלק הקל.</w:t>
            </w:r>
          </w:p>
          <w:p>
            <w:pPr>
              <w:bidi w:val="1"/>
            </w:pPr>
            <w:r>
              <w:rPr>
                <w:rFonts w:ascii="Arial" w:hAnsi="Arial" w:cs="Arial"/>
                <w:b/>
                <w:color w:val="7A5BD6"/>
                <w:sz w:val="26"/>
                <w:rtl w:val="1"/>
                <w:szCs w:val="26"/>
                <w:bCs/>
              </w:rPr>
              <w:t xml:space="preserve">א.  </w:t>
            </w:r>
            <w:r>
              <w:rPr>
                <w:rFonts w:ascii="Arial" w:hAnsi="Arial" w:cs="Arial"/>
                <w:b w:val="0"/>
                <w:sz w:val="26"/>
                <w:rtl w:val="1"/>
                <w:szCs w:val="26"/>
              </w:rPr>
              <w:t>הכול התחיל בכיתה מבולגנת. בכל בוקר, כשהגיעו לבית הספר, לא ידעו תלמידי ח׳3 אם השיעור הראשון התבטל, אם החדר הוחלף או אם צריך להביא מחשבון. ההודעות נשלחו בכמה קבוצות שונות, נקברו בין תמונות ובדיחות, ותמיד היה מישהו שפספס. "יום אחד שלושה מאיתנו הגיעו עם בגדי ספורט לשיעור שהוחלף למבחן," צוחק עומרי. "אז החלטנו שמספיק."</w:t>
            </w:r>
          </w:p>
          <w:p>
            <w:pPr>
              <w:bidi w:val="1"/>
            </w:pPr>
            <w:r>
              <w:rPr>
                <w:rFonts w:ascii="Arial" w:hAnsi="Arial" w:cs="Arial"/>
                <w:b/>
                <w:color w:val="7A5BD6"/>
                <w:sz w:val="26"/>
                <w:rtl w:val="1"/>
                <w:szCs w:val="26"/>
                <w:bCs/>
              </w:rPr>
              <w:t xml:space="preserve">ב.  </w:t>
            </w:r>
            <w:r>
              <w:rPr>
                <w:rFonts w:ascii="Arial" w:hAnsi="Arial" w:cs="Arial"/>
                <w:b w:val="0"/>
                <w:sz w:val="26"/>
                <w:rtl w:val="1"/>
                <w:szCs w:val="26"/>
              </w:rPr>
              <w:t>עומרי, תמר ויואל, שלושה חברים שלמדו תכנות בחוג אחר הצהריים, החליטו לבנות יישומון פשוט: לוח אחד, שבו רק נציגי הכיתה יכולים לפרסם שינויים, וכל התלמידים מקבלים התראה. בלי צ'אט, בלי תמונות, בלי רעש. "המטרה הייתה שיהיה משעמם," אומרת תמר. "שיהיה בו רק מה שחשוב."</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השלב הראשון לא היה בכלל מול המחשב. במשך שבוע הם ראיינו חברים לכיתה, מורים ואפילו הורים, ושאלו מה הכי מעצבן אותם בהודעות. "גילינו דברים שלא חשבנו עליהם," מספר יואל. "מורה אחת ביקשה שיהיה אפשר לכתוב שינוי מראש, לשבוע הבא. ותלמיד אחד, שקשה לו לקרוא, ביקש שההודעות יהיו קצרות מאוד, עם סמלים."</w:t>
            </w:r>
          </w:p>
          <w:p>
            <w:pPr>
              <w:bidi w:val="1"/>
            </w:pPr>
            <w:r>
              <w:rPr>
                <w:rFonts w:ascii="Arial" w:hAnsi="Arial" w:cs="Arial"/>
                <w:b/>
                <w:color w:val="7A5BD6"/>
                <w:sz w:val="26"/>
                <w:rtl w:val="1"/>
                <w:szCs w:val="26"/>
                <w:bCs/>
              </w:rPr>
              <w:t xml:space="preserve">ו.  </w:t>
            </w:r>
            <w:r>
              <w:rPr>
                <w:rFonts w:ascii="Arial" w:hAnsi="Arial" w:cs="Arial"/>
                <w:b w:val="0"/>
                <w:sz w:val="26"/>
                <w:rtl w:val="1"/>
                <w:szCs w:val="26"/>
              </w:rPr>
              <w:t>מומחה לפיתוח מוצרים, שהוזמן לשוחח עם הצוות, אמר להם דבר שהפתיע אותם: "רוב היישומונים בעולם לא נכשלים בגלל קוד רע. הם נכשלים כי הם פותרים בעיה שאין לאף אחד." לדבריו, הסוד של היישומון שלהם הוא שהוא התחיל מבעיה אמיתית, ומהקשבה לאנשים.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יישומון     התראה     לקרוס     באג     עלה לאוויר     מוצר</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הייתה הבעיה בכיתה ח׳3?</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לא היו מחשבים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הודעות על שינויים הלכו לאיבוד בין כמה קבוצות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המורים לא הגיעו</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עשו התלמידים בשלב הראשון?</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ראיינו תלמידים, מורים והורים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קנו מחשב חדש</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ביקשו כסף</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מתכוונת תמר במשפט "המטרה הייתה שיהיה משעמם"?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תמר מתכוונת שהיישומון יהיה… 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דברי המומחה: "רוב היישומונים נכשלים כי הם פותרים בעיה שאין לאף אחד". איך הצוות נמנע מהטעות הזאת?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הצוות נמנע מהטעות כי… 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שכל תלמיד ותלמידה בחטיבת הביניים צריכים ללמוד תכנות כמקצוע חובה, כי זו שפת העתיד. אחרים טוענים שעדיף שתכנות יהיה בחירה, ושבית הספר צריך ללמד קודם כול חשיבה, הקשבה ועבודת צוות – כמו בסיפור של היישומון.</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6 · יצירה, טכנולוגיה ודורות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6 · יצירה, טכנולוגיה ודורות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